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8 kg fogyás – To Do Lista</w:t>
      </w:r>
    </w:p>
    <w:p>
      <w:r>
        <w:t>Ez az egyszerű to do lista segít abban, hogy következetesen és egészségesen haladj a célod felé: 8 kg fogyás. Ne feledd, nem kell tökéletesnek lenned, csak elkötelezettnek!</w:t>
      </w:r>
    </w:p>
    <w:p>
      <w:r>
        <w:t>✅ Tűzz ki reális célt – 8 kg fogyás 8–12 hét alatt.</w:t>
      </w:r>
    </w:p>
    <w:p>
      <w:r>
        <w:t>✅ Számold ki a napi kalóriaszükségleted, és alakíts ki napi 500–1000 kalória deficitet.</w:t>
      </w:r>
    </w:p>
    <w:p>
      <w:r>
        <w:t>✅ Mozogj legalább heti 3-5 alkalommal (30-60 perc gyors séta, futás, kerékpár, HIIT).</w:t>
      </w:r>
    </w:p>
    <w:p>
      <w:r>
        <w:t>✅ Kerüld a koplalást! Fogyassz sok zöldséget, sovány fehérjét, teljes kiőrlésű gabonát.</w:t>
      </w:r>
    </w:p>
    <w:p>
      <w:r>
        <w:t>✅ Igyál napi 2-3 liter vizet. Kerüld a cukros üdítőket.</w:t>
      </w:r>
    </w:p>
    <w:p>
      <w:r>
        <w:t>✅ Aludj minden éjjel legalább 7 órát. Az alvás támogatja a zsírégetést.</w:t>
      </w:r>
    </w:p>
    <w:p>
      <w:r>
        <w:t>✅ Kezeld a stresszt – séta, olvasás, naplózás vagy légzőgyakorlatok segíthetnek.</w:t>
      </w:r>
    </w:p>
    <w:p>
      <w:r>
        <w:t>✅ Ne hasonlítsd magad másokhoz – saját tempódban haladj.</w:t>
      </w:r>
    </w:p>
    <w:p>
      <w:r>
        <w:t>✅ Jegyezd fel minden nap, mit ettél, mennyit mozogtál és hogyan érezted magad.</w:t>
      </w:r>
    </w:p>
    <w:p>
      <w:r>
        <w:t>✅ Ünnepeld meg az apró sikereket – egy jó edzés, egy kiló mínusz, vagy egy új szokás bevezetése is számít!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